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C963D" w14:textId="77777777" w:rsidR="00C20A33" w:rsidRPr="007A77C9" w:rsidRDefault="00557176">
      <w:pPr>
        <w:spacing w:before="560"/>
        <w:jc w:val="center"/>
        <w:rPr>
          <w:lang w:val="pl-PL"/>
        </w:rPr>
      </w:pPr>
      <w:r w:rsidRPr="007A77C9">
        <w:rPr>
          <w:b/>
          <w:color w:val="86BC00"/>
          <w:sz w:val="68"/>
          <w:lang w:val="pl-PL"/>
        </w:rPr>
        <w:t>OTO</w:t>
      </w:r>
      <w:r w:rsidRPr="007A77C9">
        <w:rPr>
          <w:b/>
          <w:color w:val="181C1F"/>
          <w:sz w:val="68"/>
          <w:lang w:val="pl-PL"/>
        </w:rPr>
        <w:t xml:space="preserve"> TALENT SHOW</w:t>
      </w:r>
    </w:p>
    <w:p w14:paraId="1CCC9CAC" w14:textId="77777777" w:rsidR="00C20A33" w:rsidRPr="007A77C9" w:rsidRDefault="00557176">
      <w:pPr>
        <w:spacing w:before="280"/>
        <w:jc w:val="center"/>
        <w:rPr>
          <w:lang w:val="pl-PL"/>
        </w:rPr>
      </w:pPr>
      <w:r w:rsidRPr="007A77C9">
        <w:rPr>
          <w:b/>
          <w:color w:val="181C1F"/>
          <w:sz w:val="44"/>
          <w:lang w:val="pl-PL"/>
        </w:rPr>
        <w:t>FORMULARZ ZGŁOSZENIOWY</w:t>
      </w:r>
    </w:p>
    <w:p w14:paraId="70A3255C" w14:textId="77777777" w:rsidR="00C20A33" w:rsidRPr="007A77C9" w:rsidRDefault="00557176">
      <w:pPr>
        <w:jc w:val="center"/>
        <w:rPr>
          <w:lang w:val="pl-PL"/>
        </w:rPr>
      </w:pPr>
      <w:r w:rsidRPr="007A77C9">
        <w:rPr>
          <w:color w:val="666666"/>
          <w:sz w:val="22"/>
          <w:lang w:val="pl-PL"/>
        </w:rPr>
        <w:t>Jeden plik do pobrania: formularz + oświadczenia + zgody + RODO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6520"/>
      </w:tblGrid>
      <w:tr w:rsidR="00C20A33" w14:paraId="366A6786" w14:textId="77777777">
        <w:trPr>
          <w:jc w:val="center"/>
        </w:trPr>
        <w:tc>
          <w:tcPr>
            <w:tcW w:w="2381" w:type="dxa"/>
            <w:tcBorders>
              <w:top w:val="single" w:sz="5" w:space="0" w:color="86BC00"/>
              <w:left w:val="single" w:sz="5" w:space="0" w:color="86BC00"/>
              <w:bottom w:val="single" w:sz="5" w:space="0" w:color="86BC00"/>
              <w:right w:val="single" w:sz="5" w:space="0" w:color="86BC00"/>
            </w:tcBorders>
            <w:shd w:val="clear" w:color="auto" w:fill="86BC00"/>
            <w:vAlign w:val="center"/>
          </w:tcPr>
          <w:p w14:paraId="3DDD2113" w14:textId="77777777" w:rsidR="00C20A33" w:rsidRDefault="00557176">
            <w:pPr>
              <w:jc w:val="center"/>
            </w:pPr>
            <w:r>
              <w:rPr>
                <w:b/>
                <w:color w:val="FFFFFF"/>
                <w:sz w:val="16"/>
              </w:rPr>
              <w:t>FINAŁ</w:t>
            </w:r>
          </w:p>
        </w:tc>
        <w:tc>
          <w:tcPr>
            <w:tcW w:w="6520" w:type="dxa"/>
            <w:tcBorders>
              <w:top w:val="single" w:sz="5" w:space="0" w:color="86BC00"/>
              <w:left w:val="single" w:sz="5" w:space="0" w:color="86BC00"/>
              <w:bottom w:val="single" w:sz="5" w:space="0" w:color="86BC00"/>
              <w:right w:val="single" w:sz="5" w:space="0" w:color="86BC00"/>
            </w:tcBorders>
            <w:shd w:val="clear" w:color="auto" w:fill="F3F8E8"/>
            <w:vAlign w:val="center"/>
          </w:tcPr>
          <w:p w14:paraId="674AAA0B" w14:textId="77777777" w:rsidR="00C20A33" w:rsidRDefault="00557176">
            <w:pPr>
              <w:jc w:val="center"/>
            </w:pPr>
            <w:r>
              <w:rPr>
                <w:b/>
                <w:sz w:val="18"/>
              </w:rPr>
              <w:t>28 sierpnia 2026 r.</w:t>
            </w:r>
          </w:p>
        </w:tc>
      </w:tr>
      <w:tr w:rsidR="00C20A33" w14:paraId="30034AC6" w14:textId="77777777">
        <w:trPr>
          <w:jc w:val="center"/>
        </w:trPr>
        <w:tc>
          <w:tcPr>
            <w:tcW w:w="2381" w:type="dxa"/>
            <w:tcBorders>
              <w:top w:val="single" w:sz="5" w:space="0" w:color="86BC00"/>
              <w:left w:val="single" w:sz="5" w:space="0" w:color="86BC00"/>
              <w:bottom w:val="single" w:sz="5" w:space="0" w:color="86BC00"/>
              <w:right w:val="single" w:sz="5" w:space="0" w:color="86BC00"/>
            </w:tcBorders>
            <w:shd w:val="clear" w:color="auto" w:fill="86BC00"/>
            <w:vAlign w:val="center"/>
          </w:tcPr>
          <w:p w14:paraId="2B125F5D" w14:textId="77777777" w:rsidR="00C20A33" w:rsidRDefault="00557176">
            <w:pPr>
              <w:jc w:val="center"/>
            </w:pPr>
            <w:r>
              <w:rPr>
                <w:b/>
                <w:color w:val="FFFFFF"/>
                <w:sz w:val="16"/>
              </w:rPr>
              <w:t>MIEJSCE</w:t>
            </w:r>
          </w:p>
        </w:tc>
        <w:tc>
          <w:tcPr>
            <w:tcW w:w="6520" w:type="dxa"/>
            <w:tcBorders>
              <w:top w:val="single" w:sz="5" w:space="0" w:color="86BC00"/>
              <w:left w:val="single" w:sz="5" w:space="0" w:color="86BC00"/>
              <w:bottom w:val="single" w:sz="5" w:space="0" w:color="86BC00"/>
              <w:right w:val="single" w:sz="5" w:space="0" w:color="86BC00"/>
            </w:tcBorders>
            <w:shd w:val="clear" w:color="auto" w:fill="F3F8E8"/>
            <w:vAlign w:val="center"/>
          </w:tcPr>
          <w:p w14:paraId="7AE14AE6" w14:textId="77777777" w:rsidR="00C20A33" w:rsidRDefault="00557176">
            <w:pPr>
              <w:jc w:val="center"/>
            </w:pPr>
            <w:r>
              <w:rPr>
                <w:b/>
                <w:sz w:val="18"/>
              </w:rPr>
              <w:t>OTO Park Siemianowice Śląskie</w:t>
            </w:r>
          </w:p>
        </w:tc>
      </w:tr>
      <w:tr w:rsidR="00C20A33" w14:paraId="51EB4DBA" w14:textId="77777777">
        <w:trPr>
          <w:jc w:val="center"/>
        </w:trPr>
        <w:tc>
          <w:tcPr>
            <w:tcW w:w="2381" w:type="dxa"/>
            <w:tcBorders>
              <w:top w:val="single" w:sz="5" w:space="0" w:color="86BC00"/>
              <w:left w:val="single" w:sz="5" w:space="0" w:color="86BC00"/>
              <w:bottom w:val="single" w:sz="5" w:space="0" w:color="86BC00"/>
              <w:right w:val="single" w:sz="5" w:space="0" w:color="86BC00"/>
            </w:tcBorders>
            <w:shd w:val="clear" w:color="auto" w:fill="86BC00"/>
            <w:vAlign w:val="center"/>
          </w:tcPr>
          <w:p w14:paraId="09585318" w14:textId="77777777" w:rsidR="00C20A33" w:rsidRDefault="00557176">
            <w:pPr>
              <w:jc w:val="center"/>
            </w:pPr>
            <w:r>
              <w:rPr>
                <w:b/>
                <w:color w:val="FFFFFF"/>
                <w:sz w:val="16"/>
              </w:rPr>
              <w:t>ORGANIZATOR</w:t>
            </w:r>
          </w:p>
        </w:tc>
        <w:tc>
          <w:tcPr>
            <w:tcW w:w="6520" w:type="dxa"/>
            <w:tcBorders>
              <w:top w:val="single" w:sz="5" w:space="0" w:color="86BC00"/>
              <w:left w:val="single" w:sz="5" w:space="0" w:color="86BC00"/>
              <w:bottom w:val="single" w:sz="5" w:space="0" w:color="86BC00"/>
              <w:right w:val="single" w:sz="5" w:space="0" w:color="86BC00"/>
            </w:tcBorders>
            <w:shd w:val="clear" w:color="auto" w:fill="F3F8E8"/>
            <w:vAlign w:val="center"/>
          </w:tcPr>
          <w:p w14:paraId="1C7865EF" w14:textId="77777777" w:rsidR="00C20A33" w:rsidRDefault="00557176">
            <w:pPr>
              <w:jc w:val="center"/>
            </w:pPr>
            <w:r>
              <w:rPr>
                <w:b/>
                <w:sz w:val="18"/>
              </w:rPr>
              <w:t>QRA PRODUCTION</w:t>
            </w:r>
          </w:p>
        </w:tc>
      </w:tr>
    </w:tbl>
    <w:p w14:paraId="4B11B27C" w14:textId="77777777" w:rsidR="00C20A33" w:rsidRDefault="00557176">
      <w:pPr>
        <w:spacing w:before="280"/>
        <w:jc w:val="center"/>
      </w:pPr>
      <w:r w:rsidRPr="007A77C9">
        <w:rPr>
          <w:b/>
          <w:color w:val="86BC00"/>
          <w:sz w:val="20"/>
          <w:lang w:val="pl-PL"/>
        </w:rPr>
        <w:t xml:space="preserve">Nabór zgłoszeń: 6–22.08.2026 r. do godz. </w:t>
      </w:r>
      <w:r>
        <w:rPr>
          <w:b/>
          <w:color w:val="86BC00"/>
          <w:sz w:val="20"/>
        </w:rPr>
        <w:t>23:59</w:t>
      </w:r>
    </w:p>
    <w:p w14:paraId="00F917B1" w14:textId="677FD888" w:rsidR="00C20A33" w:rsidRDefault="00557176">
      <w:pPr>
        <w:jc w:val="center"/>
      </w:pPr>
      <w:r>
        <w:rPr>
          <w:b/>
          <w:color w:val="181C1F"/>
          <w:sz w:val="22"/>
        </w:rPr>
        <w:t>biuro@</w:t>
      </w:r>
      <w:r w:rsidR="007A77C9">
        <w:rPr>
          <w:b/>
          <w:color w:val="181C1F"/>
          <w:sz w:val="22"/>
        </w:rPr>
        <w:t>QRA</w:t>
      </w:r>
      <w:r>
        <w:rPr>
          <w:b/>
          <w:color w:val="181C1F"/>
          <w:sz w:val="22"/>
        </w:rPr>
        <w:t>production.pl</w:t>
      </w:r>
    </w:p>
    <w:p w14:paraId="6F0E9034" w14:textId="77777777" w:rsidR="00C20A33" w:rsidRDefault="00557176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36"/>
      </w:tblGrid>
      <w:tr w:rsidR="00C20A33" w14:paraId="68D01867" w14:textId="77777777">
        <w:trPr>
          <w:jc w:val="center"/>
        </w:trPr>
        <w:tc>
          <w:tcPr>
            <w:tcW w:w="10256" w:type="dxa"/>
            <w:tcBorders>
              <w:top w:val="single" w:sz="8" w:space="0" w:color="86BC00"/>
              <w:left w:val="single" w:sz="8" w:space="0" w:color="86BC00"/>
              <w:bottom w:val="single" w:sz="8" w:space="0" w:color="86BC00"/>
              <w:right w:val="single" w:sz="8" w:space="0" w:color="86BC00"/>
            </w:tcBorders>
            <w:shd w:val="clear" w:color="auto" w:fill="F3F8E8"/>
          </w:tcPr>
          <w:p w14:paraId="1CBF0FDB" w14:textId="77777777" w:rsidR="00C20A33" w:rsidRDefault="00557176">
            <w:r w:rsidRPr="007A77C9">
              <w:rPr>
                <w:b/>
                <w:color w:val="86BC00"/>
                <w:lang w:val="pl-PL"/>
              </w:rPr>
              <w:lastRenderedPageBreak/>
              <w:t>JAK WYSŁAĆ ZGŁOSZENIE</w:t>
            </w:r>
            <w:r w:rsidRPr="007A77C9">
              <w:rPr>
                <w:b/>
                <w:color w:val="86BC00"/>
                <w:lang w:val="pl-PL"/>
              </w:rPr>
              <w:br/>
            </w:r>
            <w:r w:rsidRPr="007A77C9">
              <w:rPr>
                <w:sz w:val="18"/>
                <w:lang w:val="pl-PL"/>
              </w:rPr>
              <w:t xml:space="preserve">Wypełnij właściwe pola, podpisz część odpowiednią dla wieku Uczestnika i wyślij formularz wraz z filmem od 6 do 22.08.2026 r. do godz. </w:t>
            </w:r>
            <w:r>
              <w:rPr>
                <w:sz w:val="18"/>
              </w:rPr>
              <w:t xml:space="preserve">23:59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biuro@qraproduction.pl.</w:t>
            </w:r>
          </w:p>
        </w:tc>
      </w:tr>
    </w:tbl>
    <w:p w14:paraId="12450B13" w14:textId="77777777" w:rsidR="00C20A33" w:rsidRDefault="00C20A33">
      <w:pPr>
        <w:spacing w:after="0"/>
      </w:pPr>
    </w:p>
    <w:p w14:paraId="7DC6A1B4" w14:textId="77777777" w:rsidR="00C20A33" w:rsidRDefault="00557176">
      <w:pPr>
        <w:pStyle w:val="Nagwek1"/>
      </w:pPr>
      <w:r>
        <w:t>1. Dane Uczestnika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61"/>
        <w:gridCol w:w="6123"/>
      </w:tblGrid>
      <w:tr w:rsidR="00C20A33" w14:paraId="2BBA18EC" w14:textId="77777777">
        <w:trPr>
          <w:jc w:val="center"/>
        </w:trPr>
        <w:tc>
          <w:tcPr>
            <w:tcW w:w="3061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14:paraId="4836735F" w14:textId="77777777" w:rsidR="00C20A33" w:rsidRDefault="00557176">
            <w:pPr>
              <w:spacing w:after="0"/>
            </w:pPr>
            <w:r>
              <w:rPr>
                <w:b/>
                <w:sz w:val="17"/>
              </w:rPr>
              <w:t>Grupa wiekowa</w:t>
            </w:r>
          </w:p>
        </w:tc>
        <w:tc>
          <w:tcPr>
            <w:tcW w:w="6123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14:paraId="6BF4DC73" w14:textId="77777777" w:rsidR="00C20A33" w:rsidRDefault="00557176">
            <w:pPr>
              <w:spacing w:after="0"/>
            </w:pPr>
            <w:r>
              <w:rPr>
                <w:sz w:val="17"/>
              </w:rPr>
              <w:t>☐</w:t>
            </w:r>
            <w:r>
              <w:rPr>
                <w:sz w:val="17"/>
              </w:rPr>
              <w:t xml:space="preserve"> 6–17 lat          ☐ 18+</w:t>
            </w:r>
          </w:p>
        </w:tc>
      </w:tr>
      <w:tr w:rsidR="00C20A33" w14:paraId="1D8EF688" w14:textId="77777777">
        <w:trPr>
          <w:jc w:val="center"/>
        </w:trPr>
        <w:tc>
          <w:tcPr>
            <w:tcW w:w="3061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14:paraId="1D5AD401" w14:textId="77777777" w:rsidR="00C20A33" w:rsidRDefault="00557176">
            <w:pPr>
              <w:spacing w:after="0"/>
            </w:pPr>
            <w:r>
              <w:rPr>
                <w:b/>
                <w:sz w:val="17"/>
              </w:rPr>
              <w:t>Imię i nazwisko</w:t>
            </w:r>
          </w:p>
        </w:tc>
        <w:tc>
          <w:tcPr>
            <w:tcW w:w="6123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14:paraId="4083DBAB" w14:textId="77777777" w:rsidR="00C20A33" w:rsidRDefault="00557176">
            <w:pPr>
              <w:spacing w:after="0"/>
            </w:pPr>
            <w:r>
              <w:rPr>
                <w:sz w:val="17"/>
              </w:rPr>
              <w:t>............................................................................................................................</w:t>
            </w:r>
          </w:p>
        </w:tc>
      </w:tr>
      <w:tr w:rsidR="00C20A33" w14:paraId="68658686" w14:textId="77777777">
        <w:trPr>
          <w:jc w:val="center"/>
        </w:trPr>
        <w:tc>
          <w:tcPr>
            <w:tcW w:w="3061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14:paraId="109476DB" w14:textId="77777777" w:rsidR="00C20A33" w:rsidRDefault="00557176">
            <w:pPr>
              <w:spacing w:after="0"/>
            </w:pPr>
            <w:r>
              <w:rPr>
                <w:b/>
                <w:sz w:val="17"/>
              </w:rPr>
              <w:t>Data urodzenia / wiek</w:t>
            </w:r>
          </w:p>
        </w:tc>
        <w:tc>
          <w:tcPr>
            <w:tcW w:w="6123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14:paraId="2AA072EC" w14:textId="77777777" w:rsidR="00C20A33" w:rsidRDefault="00557176">
            <w:pPr>
              <w:spacing w:after="0"/>
            </w:pPr>
            <w:r>
              <w:rPr>
                <w:sz w:val="17"/>
              </w:rPr>
              <w:t>............................................................................................................................</w:t>
            </w:r>
          </w:p>
        </w:tc>
      </w:tr>
      <w:tr w:rsidR="00C20A33" w14:paraId="2FF02246" w14:textId="77777777">
        <w:trPr>
          <w:jc w:val="center"/>
        </w:trPr>
        <w:tc>
          <w:tcPr>
            <w:tcW w:w="3061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14:paraId="19E6A4C3" w14:textId="77777777" w:rsidR="00C20A33" w:rsidRDefault="00557176">
            <w:pPr>
              <w:spacing w:after="0"/>
            </w:pPr>
            <w:r>
              <w:rPr>
                <w:b/>
                <w:sz w:val="17"/>
              </w:rPr>
              <w:t>Pseudonim artystyczny</w:t>
            </w:r>
          </w:p>
        </w:tc>
        <w:tc>
          <w:tcPr>
            <w:tcW w:w="6123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14:paraId="404B9DC3" w14:textId="77777777" w:rsidR="00C20A33" w:rsidRDefault="00557176">
            <w:pPr>
              <w:spacing w:after="0"/>
            </w:pPr>
            <w:r>
              <w:rPr>
                <w:sz w:val="17"/>
              </w:rPr>
              <w:t>............................................................................................................................</w:t>
            </w:r>
          </w:p>
        </w:tc>
      </w:tr>
      <w:tr w:rsidR="00C20A33" w14:paraId="762347D7" w14:textId="77777777">
        <w:trPr>
          <w:jc w:val="center"/>
        </w:trPr>
        <w:tc>
          <w:tcPr>
            <w:tcW w:w="3061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14:paraId="2A5FA881" w14:textId="77777777" w:rsidR="00C20A33" w:rsidRDefault="00557176">
            <w:pPr>
              <w:spacing w:after="0"/>
            </w:pPr>
            <w:r>
              <w:rPr>
                <w:b/>
                <w:sz w:val="17"/>
              </w:rPr>
              <w:t>Miejscowość</w:t>
            </w:r>
          </w:p>
        </w:tc>
        <w:tc>
          <w:tcPr>
            <w:tcW w:w="6123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14:paraId="32D024DF" w14:textId="77777777" w:rsidR="00C20A33" w:rsidRDefault="00557176">
            <w:pPr>
              <w:spacing w:after="0"/>
            </w:pPr>
            <w:r>
              <w:rPr>
                <w:sz w:val="17"/>
              </w:rPr>
              <w:t>............................................................................................................................</w:t>
            </w:r>
          </w:p>
        </w:tc>
      </w:tr>
    </w:tbl>
    <w:p w14:paraId="4287F239" w14:textId="77777777" w:rsidR="00C20A33" w:rsidRDefault="00557176">
      <w:pPr>
        <w:pStyle w:val="Nagwek1"/>
      </w:pPr>
      <w:r>
        <w:t>2. Dane kontaktowe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61"/>
        <w:gridCol w:w="6123"/>
      </w:tblGrid>
      <w:tr w:rsidR="00C20A33" w14:paraId="51D6FFF4" w14:textId="77777777">
        <w:trPr>
          <w:jc w:val="center"/>
        </w:trPr>
        <w:tc>
          <w:tcPr>
            <w:tcW w:w="3061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14:paraId="74645CEE" w14:textId="77777777" w:rsidR="00C20A33" w:rsidRDefault="00557176">
            <w:pPr>
              <w:spacing w:after="0"/>
            </w:pPr>
            <w:r>
              <w:rPr>
                <w:b/>
                <w:sz w:val="17"/>
              </w:rPr>
              <w:t>Telefon</w:t>
            </w:r>
          </w:p>
        </w:tc>
        <w:tc>
          <w:tcPr>
            <w:tcW w:w="6123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14:paraId="494E09B3" w14:textId="77777777" w:rsidR="00C20A33" w:rsidRDefault="00557176">
            <w:pPr>
              <w:spacing w:after="0"/>
            </w:pPr>
            <w:r>
              <w:rPr>
                <w:sz w:val="17"/>
              </w:rPr>
              <w:t>............................................................................................................................</w:t>
            </w:r>
          </w:p>
        </w:tc>
      </w:tr>
      <w:tr w:rsidR="00C20A33" w14:paraId="0A5A4B0F" w14:textId="77777777">
        <w:trPr>
          <w:jc w:val="center"/>
        </w:trPr>
        <w:tc>
          <w:tcPr>
            <w:tcW w:w="3061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14:paraId="40260B02" w14:textId="77777777" w:rsidR="00C20A33" w:rsidRDefault="00557176">
            <w:pPr>
              <w:spacing w:after="0"/>
            </w:pPr>
            <w:r>
              <w:rPr>
                <w:b/>
                <w:sz w:val="17"/>
              </w:rPr>
              <w:t>E-mail</w:t>
            </w:r>
          </w:p>
        </w:tc>
        <w:tc>
          <w:tcPr>
            <w:tcW w:w="6123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14:paraId="0E811DA0" w14:textId="77777777" w:rsidR="00C20A33" w:rsidRDefault="00557176">
            <w:pPr>
              <w:spacing w:after="0"/>
            </w:pPr>
            <w:r>
              <w:rPr>
                <w:sz w:val="17"/>
              </w:rPr>
              <w:t>............................................................................................................................</w:t>
            </w:r>
          </w:p>
        </w:tc>
      </w:tr>
      <w:tr w:rsidR="00C20A33" w14:paraId="41E823F7" w14:textId="77777777">
        <w:trPr>
          <w:jc w:val="center"/>
        </w:trPr>
        <w:tc>
          <w:tcPr>
            <w:tcW w:w="3061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14:paraId="44FE4050" w14:textId="77777777" w:rsidR="00C20A33" w:rsidRDefault="00557176">
            <w:pPr>
              <w:spacing w:after="0"/>
            </w:pPr>
            <w:r>
              <w:rPr>
                <w:b/>
                <w:sz w:val="17"/>
              </w:rPr>
              <w:t>Rodzic / opiekun – tylko 6–17</w:t>
            </w:r>
          </w:p>
        </w:tc>
        <w:tc>
          <w:tcPr>
            <w:tcW w:w="6123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14:paraId="68F609F0" w14:textId="77777777" w:rsidR="00C20A33" w:rsidRDefault="00557176">
            <w:pPr>
              <w:spacing w:after="0"/>
            </w:pPr>
            <w:r>
              <w:rPr>
                <w:sz w:val="17"/>
              </w:rPr>
              <w:t>............................................................................................................................</w:t>
            </w:r>
          </w:p>
        </w:tc>
      </w:tr>
      <w:tr w:rsidR="00C20A33" w14:paraId="52226774" w14:textId="77777777">
        <w:trPr>
          <w:jc w:val="center"/>
        </w:trPr>
        <w:tc>
          <w:tcPr>
            <w:tcW w:w="3061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14:paraId="01B8842A" w14:textId="77777777" w:rsidR="00C20A33" w:rsidRDefault="00557176">
            <w:pPr>
              <w:spacing w:after="0"/>
            </w:pPr>
            <w:r>
              <w:rPr>
                <w:b/>
                <w:sz w:val="17"/>
              </w:rPr>
              <w:t>Telefon opiekuna – tylko 6–17</w:t>
            </w:r>
          </w:p>
        </w:tc>
        <w:tc>
          <w:tcPr>
            <w:tcW w:w="6123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14:paraId="1EB2F309" w14:textId="77777777" w:rsidR="00C20A33" w:rsidRDefault="00557176">
            <w:pPr>
              <w:spacing w:after="0"/>
            </w:pPr>
            <w:r>
              <w:rPr>
                <w:sz w:val="17"/>
              </w:rPr>
              <w:t>............................................................................................................................</w:t>
            </w:r>
          </w:p>
        </w:tc>
      </w:tr>
      <w:tr w:rsidR="00C20A33" w14:paraId="5E8A7817" w14:textId="77777777">
        <w:trPr>
          <w:jc w:val="center"/>
        </w:trPr>
        <w:tc>
          <w:tcPr>
            <w:tcW w:w="3061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14:paraId="0CE7AD0D" w14:textId="77777777" w:rsidR="00C20A33" w:rsidRDefault="00557176">
            <w:pPr>
              <w:spacing w:after="0"/>
            </w:pPr>
            <w:r>
              <w:rPr>
                <w:b/>
                <w:sz w:val="17"/>
              </w:rPr>
              <w:t>E-mail opiekuna – tylko 6–17</w:t>
            </w:r>
          </w:p>
        </w:tc>
        <w:tc>
          <w:tcPr>
            <w:tcW w:w="6123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14:paraId="2EE69262" w14:textId="77777777" w:rsidR="00C20A33" w:rsidRDefault="00557176">
            <w:pPr>
              <w:spacing w:after="0"/>
            </w:pPr>
            <w:r>
              <w:rPr>
                <w:sz w:val="17"/>
              </w:rPr>
              <w:t>............................................................................................................................</w:t>
            </w:r>
          </w:p>
        </w:tc>
      </w:tr>
    </w:tbl>
    <w:p w14:paraId="012DF6EE" w14:textId="77777777" w:rsidR="00C20A33" w:rsidRDefault="00557176">
      <w:pPr>
        <w:pStyle w:val="Nagwek1"/>
      </w:pPr>
      <w:r>
        <w:t>3. Talent i planowany występ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61"/>
        <w:gridCol w:w="6123"/>
      </w:tblGrid>
      <w:tr w:rsidR="00C20A33" w14:paraId="5C161EBB" w14:textId="77777777">
        <w:trPr>
          <w:jc w:val="center"/>
        </w:trPr>
        <w:tc>
          <w:tcPr>
            <w:tcW w:w="3061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14:paraId="5B66C381" w14:textId="77777777" w:rsidR="00C20A33" w:rsidRDefault="00557176">
            <w:pPr>
              <w:spacing w:after="0"/>
            </w:pPr>
            <w:r>
              <w:rPr>
                <w:b/>
                <w:sz w:val="17"/>
              </w:rPr>
              <w:t>Rodzaj talentu</w:t>
            </w:r>
          </w:p>
        </w:tc>
        <w:tc>
          <w:tcPr>
            <w:tcW w:w="6123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14:paraId="10670ACD" w14:textId="77777777" w:rsidR="00C20A33" w:rsidRDefault="00557176">
            <w:pPr>
              <w:spacing w:after="0"/>
            </w:pPr>
            <w:r>
              <w:rPr>
                <w:sz w:val="17"/>
              </w:rPr>
              <w:t>☐</w:t>
            </w:r>
            <w:r>
              <w:rPr>
                <w:sz w:val="17"/>
              </w:rPr>
              <w:t xml:space="preserve"> wokal   ☐ taniec   ☐ instrument   ☐ performance   ☐ inne: ...............................</w:t>
            </w:r>
          </w:p>
        </w:tc>
      </w:tr>
      <w:tr w:rsidR="00C20A33" w14:paraId="239086C5" w14:textId="77777777">
        <w:trPr>
          <w:jc w:val="center"/>
        </w:trPr>
        <w:tc>
          <w:tcPr>
            <w:tcW w:w="3061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14:paraId="57A5D7FB" w14:textId="77777777" w:rsidR="00C20A33" w:rsidRDefault="00557176">
            <w:pPr>
              <w:spacing w:after="0"/>
            </w:pPr>
            <w:r>
              <w:rPr>
                <w:b/>
                <w:sz w:val="17"/>
              </w:rPr>
              <w:t>Czas występu</w:t>
            </w:r>
          </w:p>
        </w:tc>
        <w:tc>
          <w:tcPr>
            <w:tcW w:w="6123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14:paraId="105B8F2E" w14:textId="77777777" w:rsidR="00C20A33" w:rsidRDefault="00557176">
            <w:pPr>
              <w:spacing w:after="0"/>
            </w:pPr>
            <w:r>
              <w:rPr>
                <w:sz w:val="17"/>
              </w:rPr>
              <w:t>............................... minut – maksymalnie 3 minuty</w:t>
            </w:r>
          </w:p>
        </w:tc>
      </w:tr>
      <w:tr w:rsidR="00C20A33" w:rsidRPr="007A77C9" w14:paraId="2AB6F7BA" w14:textId="77777777">
        <w:trPr>
          <w:jc w:val="center"/>
        </w:trPr>
        <w:tc>
          <w:tcPr>
            <w:tcW w:w="3061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14:paraId="7A8EE9BC" w14:textId="77777777" w:rsidR="00C20A33" w:rsidRDefault="00557176">
            <w:pPr>
              <w:spacing w:after="0"/>
            </w:pPr>
            <w:r>
              <w:rPr>
                <w:b/>
                <w:sz w:val="17"/>
              </w:rPr>
              <w:t>Film</w:t>
            </w:r>
          </w:p>
        </w:tc>
        <w:tc>
          <w:tcPr>
            <w:tcW w:w="6123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14:paraId="57A9DE03" w14:textId="77777777" w:rsidR="00C20A33" w:rsidRPr="007A77C9" w:rsidRDefault="00557176">
            <w:pPr>
              <w:spacing w:after="0"/>
              <w:rPr>
                <w:lang w:val="pl-PL"/>
              </w:rPr>
            </w:pPr>
            <w:r w:rsidRPr="007A77C9">
              <w:rPr>
                <w:sz w:val="17"/>
                <w:lang w:val="pl-PL"/>
              </w:rPr>
              <w:t>☐</w:t>
            </w:r>
            <w:r w:rsidRPr="007A77C9">
              <w:rPr>
                <w:sz w:val="17"/>
                <w:lang w:val="pl-PL"/>
              </w:rPr>
              <w:t xml:space="preserve"> załącznik do e-maila   ☐ aktywny link: ........................................................................</w:t>
            </w:r>
          </w:p>
        </w:tc>
      </w:tr>
    </w:tbl>
    <w:p w14:paraId="484A5DDB" w14:textId="77777777" w:rsidR="00C20A33" w:rsidRPr="007A77C9" w:rsidRDefault="00557176">
      <w:pPr>
        <w:pStyle w:val="Nagwek2"/>
        <w:rPr>
          <w:lang w:val="pl-PL"/>
        </w:rPr>
      </w:pPr>
      <w:r w:rsidRPr="007A77C9">
        <w:rPr>
          <w:lang w:val="pl-PL"/>
        </w:rPr>
        <w:t>Kilka słów o Uczestniku</w:t>
      </w:r>
    </w:p>
    <w:p w14:paraId="67FF78BE" w14:textId="77777777" w:rsidR="00C20A33" w:rsidRPr="007A77C9" w:rsidRDefault="00557176">
      <w:pPr>
        <w:rPr>
          <w:lang w:val="pl-PL"/>
        </w:rPr>
      </w:pPr>
      <w:r w:rsidRPr="007A77C9">
        <w:rPr>
          <w:lang w:val="pl-PL"/>
        </w:rPr>
        <w:t>........................................................................................................................................................................</w:t>
      </w:r>
    </w:p>
    <w:p w14:paraId="4EC7F73A" w14:textId="77777777" w:rsidR="00C20A33" w:rsidRPr="007A77C9" w:rsidRDefault="00557176">
      <w:pPr>
        <w:rPr>
          <w:lang w:val="pl-PL"/>
        </w:rPr>
      </w:pPr>
      <w:r w:rsidRPr="007A77C9">
        <w:rPr>
          <w:lang w:val="pl-PL"/>
        </w:rPr>
        <w:t>........................................................................................................................................................................</w:t>
      </w:r>
    </w:p>
    <w:p w14:paraId="68643C9E" w14:textId="77777777" w:rsidR="00C20A33" w:rsidRPr="007A77C9" w:rsidRDefault="00557176">
      <w:pPr>
        <w:rPr>
          <w:lang w:val="pl-PL"/>
        </w:rPr>
      </w:pPr>
      <w:r w:rsidRPr="007A77C9">
        <w:rPr>
          <w:lang w:val="pl-PL"/>
        </w:rPr>
        <w:t>........................................................................................................................................................................</w:t>
      </w:r>
    </w:p>
    <w:p w14:paraId="68765D5A" w14:textId="77777777" w:rsidR="00C20A33" w:rsidRPr="007A77C9" w:rsidRDefault="00557176">
      <w:pPr>
        <w:pStyle w:val="Nagwek2"/>
        <w:rPr>
          <w:lang w:val="pl-PL"/>
        </w:rPr>
      </w:pPr>
      <w:r w:rsidRPr="007A77C9">
        <w:rPr>
          <w:lang w:val="pl-PL"/>
        </w:rPr>
        <w:t>Opis planowanego show</w:t>
      </w:r>
    </w:p>
    <w:p w14:paraId="1FE82B60" w14:textId="77777777" w:rsidR="00C20A33" w:rsidRPr="007A77C9" w:rsidRDefault="00557176">
      <w:pPr>
        <w:rPr>
          <w:lang w:val="pl-PL"/>
        </w:rPr>
      </w:pPr>
      <w:r w:rsidRPr="007A77C9">
        <w:rPr>
          <w:lang w:val="pl-PL"/>
        </w:rPr>
        <w:t>........................................................................................................................................................................</w:t>
      </w:r>
    </w:p>
    <w:p w14:paraId="28D4C802" w14:textId="77777777" w:rsidR="00C20A33" w:rsidRPr="007A77C9" w:rsidRDefault="00557176">
      <w:pPr>
        <w:rPr>
          <w:lang w:val="pl-PL"/>
        </w:rPr>
      </w:pPr>
      <w:r w:rsidRPr="007A77C9">
        <w:rPr>
          <w:lang w:val="pl-PL"/>
        </w:rPr>
        <w:t>........................................................................................................................................................................</w:t>
      </w:r>
    </w:p>
    <w:p w14:paraId="0609CF2B" w14:textId="77777777" w:rsidR="00C20A33" w:rsidRPr="007A77C9" w:rsidRDefault="00557176">
      <w:pPr>
        <w:rPr>
          <w:lang w:val="pl-PL"/>
        </w:rPr>
      </w:pPr>
      <w:r w:rsidRPr="007A77C9">
        <w:rPr>
          <w:lang w:val="pl-PL"/>
        </w:rPr>
        <w:t>........................................................................................................................................................................</w:t>
      </w:r>
    </w:p>
    <w:p w14:paraId="415D6150" w14:textId="77777777" w:rsidR="00C20A33" w:rsidRPr="007A77C9" w:rsidRDefault="00557176">
      <w:pPr>
        <w:rPr>
          <w:lang w:val="pl-PL"/>
        </w:rPr>
      </w:pPr>
      <w:r w:rsidRPr="007A77C9">
        <w:rPr>
          <w:lang w:val="pl-PL"/>
        </w:rPr>
        <w:t>........................................................................................................................................................................</w:t>
      </w:r>
    </w:p>
    <w:p w14:paraId="366B18D9" w14:textId="77777777" w:rsidR="00C20A33" w:rsidRPr="007A77C9" w:rsidRDefault="00557176">
      <w:pPr>
        <w:pStyle w:val="Nagwek2"/>
        <w:rPr>
          <w:lang w:val="pl-PL"/>
        </w:rPr>
      </w:pPr>
      <w:r w:rsidRPr="007A77C9">
        <w:rPr>
          <w:lang w:val="pl-PL"/>
        </w:rPr>
        <w:t>Podkład muzyczny, rekwizyty i potrzeby techniczne</w:t>
      </w:r>
    </w:p>
    <w:p w14:paraId="45A50E0E" w14:textId="77777777" w:rsidR="00C20A33" w:rsidRPr="007A77C9" w:rsidRDefault="00557176">
      <w:pPr>
        <w:rPr>
          <w:lang w:val="pl-PL"/>
        </w:rPr>
      </w:pPr>
      <w:r w:rsidRPr="007A77C9">
        <w:rPr>
          <w:lang w:val="pl-PL"/>
        </w:rPr>
        <w:t>........................................................................................................................................................................</w:t>
      </w:r>
    </w:p>
    <w:p w14:paraId="68190507" w14:textId="77777777" w:rsidR="00C20A33" w:rsidRPr="007A77C9" w:rsidRDefault="00557176">
      <w:pPr>
        <w:rPr>
          <w:lang w:val="pl-PL"/>
        </w:rPr>
      </w:pPr>
      <w:r w:rsidRPr="007A77C9">
        <w:rPr>
          <w:lang w:val="pl-PL"/>
        </w:rPr>
        <w:t>........................................................................................................................................................................</w:t>
      </w:r>
    </w:p>
    <w:p w14:paraId="22E2C47F" w14:textId="77777777" w:rsidR="00C20A33" w:rsidRPr="007A77C9" w:rsidRDefault="00557176">
      <w:pPr>
        <w:rPr>
          <w:lang w:val="pl-PL"/>
        </w:rPr>
      </w:pPr>
      <w:r w:rsidRPr="007A77C9">
        <w:rPr>
          <w:lang w:val="pl-PL"/>
        </w:rPr>
        <w:t>........................................................................................................................................................................</w:t>
      </w:r>
    </w:p>
    <w:p w14:paraId="709905A4" w14:textId="77777777" w:rsidR="00C20A33" w:rsidRPr="007A77C9" w:rsidRDefault="00557176">
      <w:pPr>
        <w:rPr>
          <w:lang w:val="pl-PL"/>
        </w:rPr>
      </w:pPr>
      <w:r w:rsidRPr="007A77C9">
        <w:rPr>
          <w:lang w:val="pl-PL"/>
        </w:rPr>
        <w:br w:type="page"/>
      </w:r>
    </w:p>
    <w:p w14:paraId="397A45B0" w14:textId="77777777" w:rsidR="00C20A33" w:rsidRPr="007A77C9" w:rsidRDefault="00557176">
      <w:pPr>
        <w:pStyle w:val="Nagwek1"/>
        <w:rPr>
          <w:lang w:val="pl-PL"/>
        </w:rPr>
      </w:pPr>
      <w:r w:rsidRPr="007A77C9">
        <w:rPr>
          <w:lang w:val="pl-PL"/>
        </w:rPr>
        <w:lastRenderedPageBreak/>
        <w:t>4. Oświadczenia Uczestnika pełnoletniego 18+</w:t>
      </w:r>
    </w:p>
    <w:p w14:paraId="22D03400" w14:textId="77777777" w:rsidR="00C20A33" w:rsidRPr="007A77C9" w:rsidRDefault="00557176">
      <w:pPr>
        <w:rPr>
          <w:lang w:val="pl-PL"/>
        </w:rPr>
      </w:pPr>
      <w:r w:rsidRPr="007A77C9">
        <w:rPr>
          <w:lang w:val="pl-PL"/>
        </w:rPr>
        <w:t>Tę część wypełnia i podpisuje wyłącznie Uczestnik, który najpóźniej w dniu finału ukończył 18 lat.</w:t>
      </w:r>
    </w:p>
    <w:p w14:paraId="2867AD48" w14:textId="77777777" w:rsidR="00C20A33" w:rsidRPr="007A77C9" w:rsidRDefault="00557176">
      <w:pPr>
        <w:spacing w:after="80"/>
        <w:ind w:left="215" w:hanging="215"/>
        <w:rPr>
          <w:lang w:val="pl-PL"/>
        </w:rPr>
      </w:pPr>
      <w:r w:rsidRPr="007A77C9">
        <w:rPr>
          <w:b/>
          <w:lang w:val="pl-PL"/>
        </w:rPr>
        <w:t>☐</w:t>
      </w:r>
      <w:r w:rsidRPr="007A77C9">
        <w:rPr>
          <w:b/>
          <w:lang w:val="pl-PL"/>
        </w:rPr>
        <w:t xml:space="preserve"> </w:t>
      </w:r>
      <w:r w:rsidRPr="007A77C9">
        <w:rPr>
          <w:lang w:val="pl-PL"/>
        </w:rPr>
        <w:t>Zapoznałam/em się z Regulaminem OTO Talent Show i akceptuję jego postanowienia.</w:t>
      </w:r>
    </w:p>
    <w:p w14:paraId="2C6F6F5C" w14:textId="77777777" w:rsidR="00C20A33" w:rsidRPr="007A77C9" w:rsidRDefault="00557176">
      <w:pPr>
        <w:spacing w:after="80"/>
        <w:ind w:left="215" w:hanging="215"/>
        <w:rPr>
          <w:lang w:val="pl-PL"/>
        </w:rPr>
      </w:pPr>
      <w:r w:rsidRPr="007A77C9">
        <w:rPr>
          <w:b/>
          <w:lang w:val="pl-PL"/>
        </w:rPr>
        <w:t>☐</w:t>
      </w:r>
      <w:r w:rsidRPr="007A77C9">
        <w:rPr>
          <w:b/>
          <w:lang w:val="pl-PL"/>
        </w:rPr>
        <w:t xml:space="preserve"> </w:t>
      </w:r>
      <w:r w:rsidRPr="007A77C9">
        <w:rPr>
          <w:lang w:val="pl-PL"/>
        </w:rPr>
        <w:t>Wyrażam zgodę na udział w Konkursie i Wielkim Finale 28.08.2026 r.</w:t>
      </w:r>
    </w:p>
    <w:p w14:paraId="4A0FEBD8" w14:textId="77777777" w:rsidR="00C20A33" w:rsidRPr="007A77C9" w:rsidRDefault="00557176">
      <w:pPr>
        <w:spacing w:after="80"/>
        <w:ind w:left="215" w:hanging="215"/>
        <w:rPr>
          <w:lang w:val="pl-PL"/>
        </w:rPr>
      </w:pPr>
      <w:r w:rsidRPr="007A77C9">
        <w:rPr>
          <w:b/>
          <w:lang w:val="pl-PL"/>
        </w:rPr>
        <w:t>☐</w:t>
      </w:r>
      <w:r w:rsidRPr="007A77C9">
        <w:rPr>
          <w:b/>
          <w:lang w:val="pl-PL"/>
        </w:rPr>
        <w:t xml:space="preserve"> </w:t>
      </w:r>
      <w:r w:rsidRPr="007A77C9">
        <w:rPr>
          <w:lang w:val="pl-PL"/>
        </w:rPr>
        <w:t>Potwierdzam zapoznanie się z klauzulą informacyjną RODO zawartą w niniejszym formularzu.</w:t>
      </w:r>
    </w:p>
    <w:p w14:paraId="5FD7ABFD" w14:textId="77777777" w:rsidR="00C20A33" w:rsidRPr="007A77C9" w:rsidRDefault="00557176">
      <w:pPr>
        <w:spacing w:after="80"/>
        <w:ind w:left="215" w:hanging="215"/>
        <w:rPr>
          <w:lang w:val="pl-PL"/>
        </w:rPr>
      </w:pPr>
      <w:r w:rsidRPr="007A77C9">
        <w:rPr>
          <w:b/>
          <w:lang w:val="pl-PL"/>
        </w:rPr>
        <w:t>☐</w:t>
      </w:r>
      <w:r w:rsidRPr="007A77C9">
        <w:rPr>
          <w:b/>
          <w:lang w:val="pl-PL"/>
        </w:rPr>
        <w:t xml:space="preserve"> </w:t>
      </w:r>
      <w:r w:rsidRPr="007A77C9">
        <w:rPr>
          <w:lang w:val="pl-PL"/>
        </w:rPr>
        <w:t>Wyrażam zgodę na przetwarzanie moich danych w celu przyjęcia zgłoszenia, kwalifikacji, organizacji Konkursu, publikacji wyników i realizacji nagrody.</w:t>
      </w:r>
    </w:p>
    <w:p w14:paraId="6FEDDFAD" w14:textId="77777777" w:rsidR="00C20A33" w:rsidRPr="007A77C9" w:rsidRDefault="00557176">
      <w:pPr>
        <w:spacing w:after="80"/>
        <w:ind w:left="215" w:hanging="215"/>
        <w:rPr>
          <w:lang w:val="pl-PL"/>
        </w:rPr>
      </w:pPr>
      <w:r w:rsidRPr="007A77C9">
        <w:rPr>
          <w:b/>
          <w:lang w:val="pl-PL"/>
        </w:rPr>
        <w:t>☐</w:t>
      </w:r>
      <w:r w:rsidRPr="007A77C9">
        <w:rPr>
          <w:b/>
          <w:lang w:val="pl-PL"/>
        </w:rPr>
        <w:t xml:space="preserve"> </w:t>
      </w:r>
      <w:r w:rsidRPr="007A77C9">
        <w:rPr>
          <w:lang w:val="pl-PL"/>
        </w:rPr>
        <w:t>Wyrażam zgodę na nieodpłatne utrwalenie i rozpowszechnianie mojego wizerunku, głosu i wykonania artystycznego w materiałach dokumentujących i promujących Wielkie Otwarcie OTO Park, w tym na stronie WWW i w kanałach społecznościowych.</w:t>
      </w:r>
    </w:p>
    <w:p w14:paraId="13AAD6BA" w14:textId="77777777" w:rsidR="00C20A33" w:rsidRPr="007A77C9" w:rsidRDefault="00557176">
      <w:pPr>
        <w:spacing w:after="80"/>
        <w:ind w:left="215" w:hanging="215"/>
        <w:rPr>
          <w:lang w:val="pl-PL"/>
        </w:rPr>
      </w:pPr>
      <w:r w:rsidRPr="007A77C9">
        <w:rPr>
          <w:b/>
          <w:lang w:val="pl-PL"/>
        </w:rPr>
        <w:t>☐</w:t>
      </w:r>
      <w:r w:rsidRPr="007A77C9">
        <w:rPr>
          <w:b/>
          <w:lang w:val="pl-PL"/>
        </w:rPr>
        <w:t xml:space="preserve"> </w:t>
      </w:r>
      <w:r w:rsidRPr="007A77C9">
        <w:rPr>
          <w:lang w:val="pl-PL"/>
        </w:rPr>
        <w:t>Wyrażam zgodę na publiczne podanie mojego imienia i nazwiska albo pseudonimu artystycznego w przypadku zakwalifikowania do finału lub otrzymania nagrody.</w:t>
      </w:r>
    </w:p>
    <w:p w14:paraId="1BFC602F" w14:textId="77777777" w:rsidR="00C20A33" w:rsidRPr="007A77C9" w:rsidRDefault="00557176">
      <w:pPr>
        <w:spacing w:after="80"/>
        <w:ind w:left="215" w:hanging="215"/>
        <w:rPr>
          <w:lang w:val="pl-PL"/>
        </w:rPr>
      </w:pPr>
      <w:r w:rsidRPr="007A77C9">
        <w:rPr>
          <w:b/>
          <w:lang w:val="pl-PL"/>
        </w:rPr>
        <w:t>☐</w:t>
      </w:r>
      <w:r w:rsidRPr="007A77C9">
        <w:rPr>
          <w:b/>
          <w:lang w:val="pl-PL"/>
        </w:rPr>
        <w:t xml:space="preserve"> </w:t>
      </w:r>
      <w:r w:rsidRPr="007A77C9">
        <w:rPr>
          <w:lang w:val="pl-PL"/>
        </w:rPr>
        <w:t>Oświadczam, że film, planowany występ i przekazane materiały nie naruszają praw osób trzecich, a jeżeli w filmie występują inne osoby, posiadam wymagane zgody na wykorzystanie ich wizerunku.</w:t>
      </w:r>
    </w:p>
    <w:p w14:paraId="3C02B0E8" w14:textId="77777777" w:rsidR="00C20A33" w:rsidRPr="007A77C9" w:rsidRDefault="00557176">
      <w:pPr>
        <w:spacing w:after="80"/>
        <w:ind w:left="215" w:hanging="215"/>
        <w:rPr>
          <w:lang w:val="pl-PL"/>
        </w:rPr>
      </w:pPr>
      <w:r w:rsidRPr="007A77C9">
        <w:rPr>
          <w:b/>
          <w:lang w:val="pl-PL"/>
        </w:rPr>
        <w:t>☐</w:t>
      </w:r>
      <w:r w:rsidRPr="007A77C9">
        <w:rPr>
          <w:b/>
          <w:lang w:val="pl-PL"/>
        </w:rPr>
        <w:t xml:space="preserve"> </w:t>
      </w:r>
      <w:r w:rsidRPr="007A77C9">
        <w:rPr>
          <w:lang w:val="pl-PL"/>
        </w:rPr>
        <w:t xml:space="preserve">Akceptuję zasady realizacji </w:t>
      </w:r>
      <w:proofErr w:type="spellStart"/>
      <w:r w:rsidRPr="007A77C9">
        <w:rPr>
          <w:lang w:val="pl-PL"/>
        </w:rPr>
        <w:t>voucheru</w:t>
      </w:r>
      <w:proofErr w:type="spellEnd"/>
      <w:r w:rsidRPr="007A77C9">
        <w:rPr>
          <w:lang w:val="pl-PL"/>
        </w:rPr>
        <w:t xml:space="preserve"> zakupowego o wartości 1 500 PLN, ważnego do 31.12.2026 r., przy asyście koordynatora projektu.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61"/>
        <w:gridCol w:w="6123"/>
      </w:tblGrid>
      <w:tr w:rsidR="00C20A33" w14:paraId="00583E09" w14:textId="77777777">
        <w:trPr>
          <w:jc w:val="center"/>
        </w:trPr>
        <w:tc>
          <w:tcPr>
            <w:tcW w:w="3061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14:paraId="4E499936" w14:textId="77777777" w:rsidR="00C20A33" w:rsidRDefault="00557176">
            <w:pPr>
              <w:spacing w:after="0"/>
            </w:pPr>
            <w:proofErr w:type="spellStart"/>
            <w:r>
              <w:rPr>
                <w:b/>
                <w:sz w:val="17"/>
              </w:rPr>
              <w:t>Miejscowość</w:t>
            </w:r>
            <w:proofErr w:type="spellEnd"/>
            <w:r>
              <w:rPr>
                <w:b/>
                <w:sz w:val="17"/>
              </w:rPr>
              <w:t xml:space="preserve"> i data</w:t>
            </w:r>
          </w:p>
        </w:tc>
        <w:tc>
          <w:tcPr>
            <w:tcW w:w="6123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14:paraId="788779CA" w14:textId="77777777" w:rsidR="00C20A33" w:rsidRDefault="00557176">
            <w:pPr>
              <w:spacing w:after="0"/>
            </w:pPr>
            <w:r>
              <w:rPr>
                <w:sz w:val="17"/>
              </w:rPr>
              <w:t>............................................................................................................................</w:t>
            </w:r>
          </w:p>
        </w:tc>
      </w:tr>
      <w:tr w:rsidR="00C20A33" w14:paraId="1D4A7223" w14:textId="77777777">
        <w:trPr>
          <w:jc w:val="center"/>
        </w:trPr>
        <w:tc>
          <w:tcPr>
            <w:tcW w:w="3061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14:paraId="5450984A" w14:textId="77777777" w:rsidR="00C20A33" w:rsidRDefault="00557176">
            <w:pPr>
              <w:spacing w:after="0"/>
            </w:pPr>
            <w:r>
              <w:rPr>
                <w:b/>
                <w:sz w:val="17"/>
              </w:rPr>
              <w:t>Czytelny podpis Uczestnika 18+</w:t>
            </w:r>
          </w:p>
        </w:tc>
        <w:tc>
          <w:tcPr>
            <w:tcW w:w="6123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14:paraId="32EF317E" w14:textId="77777777" w:rsidR="00C20A33" w:rsidRDefault="00557176">
            <w:pPr>
              <w:spacing w:after="0"/>
            </w:pPr>
            <w:r>
              <w:rPr>
                <w:sz w:val="17"/>
              </w:rPr>
              <w:t>............................................................................................................................</w:t>
            </w:r>
          </w:p>
        </w:tc>
      </w:tr>
    </w:tbl>
    <w:p w14:paraId="4C096781" w14:textId="77777777" w:rsidR="00C20A33" w:rsidRDefault="00557176">
      <w:r>
        <w:br w:type="page"/>
      </w:r>
    </w:p>
    <w:p w14:paraId="1FD4A1F2" w14:textId="77777777" w:rsidR="00C20A33" w:rsidRPr="007A77C9" w:rsidRDefault="00557176">
      <w:pPr>
        <w:pStyle w:val="Nagwek1"/>
        <w:rPr>
          <w:lang w:val="pl-PL"/>
        </w:rPr>
      </w:pPr>
      <w:r w:rsidRPr="007A77C9">
        <w:rPr>
          <w:lang w:val="pl-PL"/>
        </w:rPr>
        <w:lastRenderedPageBreak/>
        <w:t>5. Oświadczenia rodzica lub opiekuna prawnego Uczestnika 6–17 lat</w:t>
      </w:r>
    </w:p>
    <w:p w14:paraId="3B5591D6" w14:textId="77777777" w:rsidR="00C20A33" w:rsidRPr="007A77C9" w:rsidRDefault="00557176">
      <w:pPr>
        <w:rPr>
          <w:lang w:val="pl-PL"/>
        </w:rPr>
      </w:pPr>
      <w:r w:rsidRPr="007A77C9">
        <w:rPr>
          <w:lang w:val="pl-PL"/>
        </w:rPr>
        <w:t>Tę część wypełnia i podpisuje rodzic albo opiekun prawny Uczestnika, który nie ukończył 18 lat.</w:t>
      </w:r>
    </w:p>
    <w:p w14:paraId="5CC89F2C" w14:textId="77777777" w:rsidR="00C20A33" w:rsidRPr="007A77C9" w:rsidRDefault="00557176">
      <w:pPr>
        <w:spacing w:after="80"/>
        <w:ind w:left="215" w:hanging="215"/>
        <w:rPr>
          <w:lang w:val="pl-PL"/>
        </w:rPr>
      </w:pPr>
      <w:r w:rsidRPr="007A77C9">
        <w:rPr>
          <w:b/>
          <w:lang w:val="pl-PL"/>
        </w:rPr>
        <w:t>☐</w:t>
      </w:r>
      <w:r w:rsidRPr="007A77C9">
        <w:rPr>
          <w:b/>
          <w:lang w:val="pl-PL"/>
        </w:rPr>
        <w:t xml:space="preserve"> </w:t>
      </w:r>
      <w:r w:rsidRPr="007A77C9">
        <w:rPr>
          <w:lang w:val="pl-PL"/>
        </w:rPr>
        <w:t>Oświadczam, że jestem rodzicem albo opiekunem prawnym Uczestnika i jestem uprawniona/y do reprezentowania go w sprawach związanych z Konkursem.</w:t>
      </w:r>
    </w:p>
    <w:p w14:paraId="178F526C" w14:textId="77777777" w:rsidR="00C20A33" w:rsidRPr="007A77C9" w:rsidRDefault="00557176">
      <w:pPr>
        <w:spacing w:after="80"/>
        <w:ind w:left="215" w:hanging="215"/>
        <w:rPr>
          <w:lang w:val="pl-PL"/>
        </w:rPr>
      </w:pPr>
      <w:r w:rsidRPr="007A77C9">
        <w:rPr>
          <w:b/>
          <w:lang w:val="pl-PL"/>
        </w:rPr>
        <w:t>☐</w:t>
      </w:r>
      <w:r w:rsidRPr="007A77C9">
        <w:rPr>
          <w:b/>
          <w:lang w:val="pl-PL"/>
        </w:rPr>
        <w:t xml:space="preserve"> </w:t>
      </w:r>
      <w:r w:rsidRPr="007A77C9">
        <w:rPr>
          <w:lang w:val="pl-PL"/>
        </w:rPr>
        <w:t>Zapoznałam/em się z Regulaminem OTO Talent Show i akceptuję jego postanowienia w imieniu Uczestnika.</w:t>
      </w:r>
    </w:p>
    <w:p w14:paraId="7059C13D" w14:textId="77777777" w:rsidR="00C20A33" w:rsidRPr="007A77C9" w:rsidRDefault="00557176">
      <w:pPr>
        <w:spacing w:after="80"/>
        <w:ind w:left="215" w:hanging="215"/>
        <w:rPr>
          <w:lang w:val="pl-PL"/>
        </w:rPr>
      </w:pPr>
      <w:r w:rsidRPr="007A77C9">
        <w:rPr>
          <w:b/>
          <w:lang w:val="pl-PL"/>
        </w:rPr>
        <w:t>☐</w:t>
      </w:r>
      <w:r w:rsidRPr="007A77C9">
        <w:rPr>
          <w:b/>
          <w:lang w:val="pl-PL"/>
        </w:rPr>
        <w:t xml:space="preserve"> </w:t>
      </w:r>
      <w:r w:rsidRPr="007A77C9">
        <w:rPr>
          <w:lang w:val="pl-PL"/>
        </w:rPr>
        <w:t>Wyrażam zgodę na udział Uczestnika w Konkursie i Wielkim Finale 28.08.2026 r.</w:t>
      </w:r>
    </w:p>
    <w:p w14:paraId="3E57305B" w14:textId="77777777" w:rsidR="00C20A33" w:rsidRPr="007A77C9" w:rsidRDefault="00557176">
      <w:pPr>
        <w:spacing w:after="80"/>
        <w:ind w:left="215" w:hanging="215"/>
        <w:rPr>
          <w:lang w:val="pl-PL"/>
        </w:rPr>
      </w:pPr>
      <w:r w:rsidRPr="007A77C9">
        <w:rPr>
          <w:b/>
          <w:lang w:val="pl-PL"/>
        </w:rPr>
        <w:t>☐</w:t>
      </w:r>
      <w:r w:rsidRPr="007A77C9">
        <w:rPr>
          <w:b/>
          <w:lang w:val="pl-PL"/>
        </w:rPr>
        <w:t xml:space="preserve"> </w:t>
      </w:r>
      <w:r w:rsidRPr="007A77C9">
        <w:rPr>
          <w:lang w:val="pl-PL"/>
        </w:rPr>
        <w:t>Potwierdzam zapoznanie się z klauzulą informacyjną RODO dotyczącą danych Uczestnika i moich danych.</w:t>
      </w:r>
    </w:p>
    <w:p w14:paraId="31E6DBD1" w14:textId="77777777" w:rsidR="00C20A33" w:rsidRPr="007A77C9" w:rsidRDefault="00557176">
      <w:pPr>
        <w:spacing w:after="80"/>
        <w:ind w:left="215" w:hanging="215"/>
        <w:rPr>
          <w:lang w:val="pl-PL"/>
        </w:rPr>
      </w:pPr>
      <w:r w:rsidRPr="007A77C9">
        <w:rPr>
          <w:b/>
          <w:lang w:val="pl-PL"/>
        </w:rPr>
        <w:t>☐</w:t>
      </w:r>
      <w:r w:rsidRPr="007A77C9">
        <w:rPr>
          <w:b/>
          <w:lang w:val="pl-PL"/>
        </w:rPr>
        <w:t xml:space="preserve"> </w:t>
      </w:r>
      <w:r w:rsidRPr="007A77C9">
        <w:rPr>
          <w:lang w:val="pl-PL"/>
        </w:rPr>
        <w:t>Wyrażam zgodę na przetwarzanie danych Uczestnika i moich danych w celu przyjęcia zgłoszenia, kwalifikacji, organizacji Konkursu, publikacji wyników i realizacji nagrody.</w:t>
      </w:r>
    </w:p>
    <w:p w14:paraId="008BA2B8" w14:textId="77777777" w:rsidR="00C20A33" w:rsidRPr="007A77C9" w:rsidRDefault="00557176">
      <w:pPr>
        <w:spacing w:after="80"/>
        <w:ind w:left="215" w:hanging="215"/>
        <w:rPr>
          <w:lang w:val="pl-PL"/>
        </w:rPr>
      </w:pPr>
      <w:r w:rsidRPr="007A77C9">
        <w:rPr>
          <w:b/>
          <w:lang w:val="pl-PL"/>
        </w:rPr>
        <w:t>☐</w:t>
      </w:r>
      <w:r w:rsidRPr="007A77C9">
        <w:rPr>
          <w:b/>
          <w:lang w:val="pl-PL"/>
        </w:rPr>
        <w:t xml:space="preserve"> </w:t>
      </w:r>
      <w:r w:rsidRPr="007A77C9">
        <w:rPr>
          <w:lang w:val="pl-PL"/>
        </w:rPr>
        <w:t>Wyrażam zgodę na nieodpłatne utrwalenie i rozpowszechnianie wizerunku, głosu i wykonania artystycznego Uczestnika w materiałach dokumentujących i promujących Wielkie Otwarcie OTO Park, w tym na stronie WWW i w kanałach społecznościowych.</w:t>
      </w:r>
    </w:p>
    <w:p w14:paraId="07EE0C64" w14:textId="77777777" w:rsidR="00C20A33" w:rsidRPr="007A77C9" w:rsidRDefault="00557176">
      <w:pPr>
        <w:spacing w:after="80"/>
        <w:ind w:left="215" w:hanging="215"/>
        <w:rPr>
          <w:lang w:val="pl-PL"/>
        </w:rPr>
      </w:pPr>
      <w:r w:rsidRPr="007A77C9">
        <w:rPr>
          <w:b/>
          <w:lang w:val="pl-PL"/>
        </w:rPr>
        <w:t>☐</w:t>
      </w:r>
      <w:r w:rsidRPr="007A77C9">
        <w:rPr>
          <w:b/>
          <w:lang w:val="pl-PL"/>
        </w:rPr>
        <w:t xml:space="preserve"> </w:t>
      </w:r>
      <w:r w:rsidRPr="007A77C9">
        <w:rPr>
          <w:lang w:val="pl-PL"/>
        </w:rPr>
        <w:t>Wyrażam zgodę na publiczne podanie imienia i nazwiska albo pseudonimu artystycznego Uczestnika w przypadku zakwalifikowania do finału lub otrzymania nagrody.</w:t>
      </w:r>
    </w:p>
    <w:p w14:paraId="525E1DDD" w14:textId="77777777" w:rsidR="00C20A33" w:rsidRPr="007A77C9" w:rsidRDefault="00557176">
      <w:pPr>
        <w:spacing w:after="80"/>
        <w:ind w:left="215" w:hanging="215"/>
        <w:rPr>
          <w:lang w:val="pl-PL"/>
        </w:rPr>
      </w:pPr>
      <w:r w:rsidRPr="007A77C9">
        <w:rPr>
          <w:b/>
          <w:lang w:val="pl-PL"/>
        </w:rPr>
        <w:t>☐</w:t>
      </w:r>
      <w:r w:rsidRPr="007A77C9">
        <w:rPr>
          <w:b/>
          <w:lang w:val="pl-PL"/>
        </w:rPr>
        <w:t xml:space="preserve"> </w:t>
      </w:r>
      <w:r w:rsidRPr="007A77C9">
        <w:rPr>
          <w:lang w:val="pl-PL"/>
        </w:rPr>
        <w:t>Oświadczam, że film, planowany występ i przekazane materiały nie naruszają praw osób trzecich, a jeżeli w filmie występują inne osoby, posiadam wymagane zgody na wykorzystanie ich wizerunku.</w:t>
      </w:r>
    </w:p>
    <w:p w14:paraId="7FAC7BD7" w14:textId="77777777" w:rsidR="00C20A33" w:rsidRPr="007A77C9" w:rsidRDefault="00557176">
      <w:pPr>
        <w:spacing w:after="80"/>
        <w:ind w:left="215" w:hanging="215"/>
        <w:rPr>
          <w:lang w:val="pl-PL"/>
        </w:rPr>
      </w:pPr>
      <w:r w:rsidRPr="007A77C9">
        <w:rPr>
          <w:b/>
          <w:lang w:val="pl-PL"/>
        </w:rPr>
        <w:t>☐</w:t>
      </w:r>
      <w:r w:rsidRPr="007A77C9">
        <w:rPr>
          <w:b/>
          <w:lang w:val="pl-PL"/>
        </w:rPr>
        <w:t xml:space="preserve"> </w:t>
      </w:r>
      <w:r w:rsidRPr="007A77C9">
        <w:rPr>
          <w:lang w:val="pl-PL"/>
        </w:rPr>
        <w:t xml:space="preserve">Akceptuję zasady realizacji </w:t>
      </w:r>
      <w:proofErr w:type="spellStart"/>
      <w:r w:rsidRPr="007A77C9">
        <w:rPr>
          <w:lang w:val="pl-PL"/>
        </w:rPr>
        <w:t>voucheru</w:t>
      </w:r>
      <w:proofErr w:type="spellEnd"/>
      <w:r w:rsidRPr="007A77C9">
        <w:rPr>
          <w:lang w:val="pl-PL"/>
        </w:rPr>
        <w:t xml:space="preserve"> zakupowego o wartości 1 500 PLN, ważnego do 31.12.2026 r., przez Uczestnika przy asyście koordynatora projektu i w obecności rodzica albo opiekuna prawnego.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61"/>
        <w:gridCol w:w="6123"/>
      </w:tblGrid>
      <w:tr w:rsidR="00C20A33" w14:paraId="15719F9F" w14:textId="77777777">
        <w:trPr>
          <w:jc w:val="center"/>
        </w:trPr>
        <w:tc>
          <w:tcPr>
            <w:tcW w:w="3061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14:paraId="1717D374" w14:textId="77777777" w:rsidR="00C20A33" w:rsidRDefault="00557176">
            <w:pPr>
              <w:spacing w:after="0"/>
            </w:pPr>
            <w:proofErr w:type="spellStart"/>
            <w:r>
              <w:rPr>
                <w:b/>
                <w:sz w:val="17"/>
              </w:rPr>
              <w:t>Miejscowość</w:t>
            </w:r>
            <w:proofErr w:type="spellEnd"/>
            <w:r>
              <w:rPr>
                <w:b/>
                <w:sz w:val="17"/>
              </w:rPr>
              <w:t xml:space="preserve"> i data</w:t>
            </w:r>
          </w:p>
        </w:tc>
        <w:tc>
          <w:tcPr>
            <w:tcW w:w="6123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14:paraId="0817D5CC" w14:textId="77777777" w:rsidR="00C20A33" w:rsidRDefault="00557176">
            <w:pPr>
              <w:spacing w:after="0"/>
            </w:pPr>
            <w:r>
              <w:rPr>
                <w:sz w:val="17"/>
              </w:rPr>
              <w:t>............................................................................................................................</w:t>
            </w:r>
          </w:p>
        </w:tc>
      </w:tr>
      <w:tr w:rsidR="00C20A33" w14:paraId="2E7389AD" w14:textId="77777777">
        <w:trPr>
          <w:jc w:val="center"/>
        </w:trPr>
        <w:tc>
          <w:tcPr>
            <w:tcW w:w="3061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14:paraId="43054631" w14:textId="77777777" w:rsidR="00C20A33" w:rsidRDefault="00557176">
            <w:pPr>
              <w:spacing w:after="0"/>
            </w:pPr>
            <w:r>
              <w:rPr>
                <w:b/>
                <w:sz w:val="17"/>
              </w:rPr>
              <w:t>Czytelny podpis rodzica / opiekuna</w:t>
            </w:r>
          </w:p>
        </w:tc>
        <w:tc>
          <w:tcPr>
            <w:tcW w:w="6123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vAlign w:val="center"/>
          </w:tcPr>
          <w:p w14:paraId="3C629ED1" w14:textId="77777777" w:rsidR="00C20A33" w:rsidRDefault="00557176">
            <w:pPr>
              <w:spacing w:after="0"/>
            </w:pPr>
            <w:r>
              <w:rPr>
                <w:sz w:val="17"/>
              </w:rPr>
              <w:t>............................................................................................................................</w:t>
            </w:r>
          </w:p>
        </w:tc>
      </w:tr>
    </w:tbl>
    <w:p w14:paraId="21756BD8" w14:textId="77777777" w:rsidR="00C20A33" w:rsidRDefault="00557176">
      <w:r>
        <w:br w:type="page"/>
      </w:r>
    </w:p>
    <w:p w14:paraId="30B70793" w14:textId="77777777" w:rsidR="00C20A33" w:rsidRDefault="00557176">
      <w:pPr>
        <w:pStyle w:val="Nagwek1"/>
      </w:pPr>
      <w:r>
        <w:lastRenderedPageBreak/>
        <w:t>6. Klauzula informacyjna RODO</w:t>
      </w:r>
    </w:p>
    <w:p w14:paraId="78AA5E87" w14:textId="77777777" w:rsidR="00C20A33" w:rsidRDefault="00C20A33">
      <w:pPr>
        <w:spacing w:after="0"/>
      </w:pPr>
    </w:p>
    <w:p w14:paraId="3AF94FDD" w14:textId="77777777" w:rsidR="00C20A33" w:rsidRDefault="00557176">
      <w:pPr>
        <w:pStyle w:val="Nagwek2"/>
      </w:pPr>
      <w:r>
        <w:t>Administrator i organizacja przetwarzania</w:t>
      </w:r>
    </w:p>
    <w:p w14:paraId="09799DA4" w14:textId="77777777" w:rsidR="00C20A33" w:rsidRPr="007A77C9" w:rsidRDefault="00557176">
      <w:pPr>
        <w:rPr>
          <w:lang w:val="pl-PL"/>
        </w:rPr>
      </w:pPr>
      <w:r w:rsidRPr="007A77C9">
        <w:rPr>
          <w:lang w:val="pl-PL"/>
        </w:rPr>
        <w:t xml:space="preserve">Administratorem danych osobowych Uczestników oraz rodziców lub opiekunów prawnych jest </w:t>
      </w:r>
      <w:proofErr w:type="spellStart"/>
      <w:r w:rsidRPr="007A77C9">
        <w:rPr>
          <w:lang w:val="pl-PL"/>
        </w:rPr>
        <w:t>Falcon</w:t>
      </w:r>
      <w:proofErr w:type="spellEnd"/>
      <w:r w:rsidRPr="007A77C9">
        <w:rPr>
          <w:lang w:val="pl-PL"/>
        </w:rPr>
        <w:t xml:space="preserve"> Investment Management Sp. z o.o. z siedzibą w Warszawie (00-103), ul. Królewska 16, KRS 0000904626 – dalej „Administrator”. QRA PRODUCTION – QRA Production Monika Ledóchowska, ul. Chłodna 48 lok. 104, 00-872 Warszawa, NIP 7231395901, organizuje Konkurs i przetwarza dane w zakresie niezbędnym do jego obsługi, zgodnie z ustaleniami z Administratorem.</w:t>
      </w:r>
    </w:p>
    <w:p w14:paraId="19A15394" w14:textId="77777777" w:rsidR="00C20A33" w:rsidRDefault="00557176">
      <w:pPr>
        <w:pStyle w:val="Nagwek2"/>
      </w:pPr>
      <w:r>
        <w:t xml:space="preserve">Cele </w:t>
      </w:r>
      <w:proofErr w:type="spellStart"/>
      <w:r>
        <w:t>przetwarzania</w:t>
      </w:r>
      <w:proofErr w:type="spellEnd"/>
    </w:p>
    <w:p w14:paraId="5D1014AE" w14:textId="77777777" w:rsidR="00C20A33" w:rsidRDefault="00557176">
      <w:pPr>
        <w:pStyle w:val="Listapunktowana"/>
        <w:spacing w:after="44"/>
        <w:ind w:left="369" w:hanging="142"/>
      </w:pPr>
      <w:r>
        <w:t>przyjęcie i weryfikacja zgłoszenia;</w:t>
      </w:r>
    </w:p>
    <w:p w14:paraId="4CF62EBA" w14:textId="77777777" w:rsidR="00C20A33" w:rsidRPr="007A77C9" w:rsidRDefault="00557176">
      <w:pPr>
        <w:pStyle w:val="Listapunktowana"/>
        <w:spacing w:after="44"/>
        <w:ind w:left="369" w:hanging="142"/>
        <w:rPr>
          <w:lang w:val="pl-PL"/>
        </w:rPr>
      </w:pPr>
      <w:r w:rsidRPr="007A77C9">
        <w:rPr>
          <w:lang w:val="pl-PL"/>
        </w:rPr>
        <w:t>wybór finalistów i kontakt z Uczestnikiem albo opiekunem;</w:t>
      </w:r>
    </w:p>
    <w:p w14:paraId="1B6B7568" w14:textId="77777777" w:rsidR="00C20A33" w:rsidRDefault="00557176">
      <w:pPr>
        <w:pStyle w:val="Listapunktowana"/>
        <w:spacing w:after="44"/>
        <w:ind w:left="369" w:hanging="142"/>
      </w:pPr>
      <w:proofErr w:type="spellStart"/>
      <w:r>
        <w:t>organizacja</w:t>
      </w:r>
      <w:proofErr w:type="spellEnd"/>
      <w:r>
        <w:t xml:space="preserve"> i </w:t>
      </w:r>
      <w:proofErr w:type="spellStart"/>
      <w:r>
        <w:t>przeprowadzenie</w:t>
      </w:r>
      <w:proofErr w:type="spellEnd"/>
      <w:r>
        <w:t xml:space="preserve"> </w:t>
      </w:r>
      <w:proofErr w:type="spellStart"/>
      <w:r>
        <w:t>Konkursu</w:t>
      </w:r>
      <w:proofErr w:type="spellEnd"/>
      <w:r>
        <w:t>;</w:t>
      </w:r>
    </w:p>
    <w:p w14:paraId="0483D679" w14:textId="77777777" w:rsidR="00C20A33" w:rsidRPr="007A77C9" w:rsidRDefault="00557176">
      <w:pPr>
        <w:pStyle w:val="Listapunktowana"/>
        <w:spacing w:after="44"/>
        <w:ind w:left="369" w:hanging="142"/>
        <w:rPr>
          <w:lang w:val="pl-PL"/>
        </w:rPr>
      </w:pPr>
      <w:r w:rsidRPr="007A77C9">
        <w:rPr>
          <w:lang w:val="pl-PL"/>
        </w:rPr>
        <w:t>utrwalenie i publikacja wizerunku, głosu i wykonania – w zakresie udzielonej zgody;</w:t>
      </w:r>
    </w:p>
    <w:p w14:paraId="50C7A291" w14:textId="77777777" w:rsidR="00C20A33" w:rsidRPr="007A77C9" w:rsidRDefault="00557176">
      <w:pPr>
        <w:pStyle w:val="Listapunktowana"/>
        <w:spacing w:after="44"/>
        <w:ind w:left="369" w:hanging="142"/>
        <w:rPr>
          <w:lang w:val="pl-PL"/>
        </w:rPr>
      </w:pPr>
      <w:r w:rsidRPr="007A77C9">
        <w:rPr>
          <w:lang w:val="pl-PL"/>
        </w:rPr>
        <w:t>ogłoszenie wyników, wydanie i rozliczenie nagrody;</w:t>
      </w:r>
    </w:p>
    <w:p w14:paraId="15B480E0" w14:textId="77777777" w:rsidR="00C20A33" w:rsidRDefault="00557176">
      <w:pPr>
        <w:pStyle w:val="Listapunktowana"/>
        <w:spacing w:after="44"/>
        <w:ind w:left="369" w:hanging="142"/>
      </w:pPr>
      <w:proofErr w:type="spellStart"/>
      <w:r>
        <w:t>rozpatrywanie</w:t>
      </w:r>
      <w:proofErr w:type="spellEnd"/>
      <w:r>
        <w:t xml:space="preserve"> </w:t>
      </w:r>
      <w:proofErr w:type="spellStart"/>
      <w:r>
        <w:t>reklamacji</w:t>
      </w:r>
      <w:proofErr w:type="spellEnd"/>
      <w:r>
        <w:t>.</w:t>
      </w:r>
    </w:p>
    <w:p w14:paraId="48C0CFF1" w14:textId="77777777" w:rsidR="00C20A33" w:rsidRDefault="00557176">
      <w:pPr>
        <w:pStyle w:val="Nagwek2"/>
      </w:pPr>
      <w:r>
        <w:t>Podstawa i okres przetwarzania</w:t>
      </w:r>
    </w:p>
    <w:p w14:paraId="27F61DBB" w14:textId="77777777" w:rsidR="00C20A33" w:rsidRPr="007A77C9" w:rsidRDefault="00557176">
      <w:pPr>
        <w:rPr>
          <w:lang w:val="pl-PL"/>
        </w:rPr>
      </w:pPr>
      <w:r w:rsidRPr="007A77C9">
        <w:rPr>
          <w:lang w:val="pl-PL"/>
        </w:rPr>
        <w:t>Dane są przetwarzane w związku z udziałem w Konkursie, realizacją obowiązków organizacyjnych i prawnych oraz na podstawie udzielonych zgód. Dane zgłoszeniowe będą przechowywane przez okres niezbędny do przeprowadzenia Konkursu, rozliczenia nagrody i obrony przed ewentualnymi roszczeniami. Materiały wykorzystujące wizerunek mogą być używane do czasu cofnięcia zgody w zakresie, w którym cofnięcie jest możliwe.</w:t>
      </w:r>
    </w:p>
    <w:p w14:paraId="27DF45DC" w14:textId="77777777" w:rsidR="00C20A33" w:rsidRPr="007A77C9" w:rsidRDefault="00557176">
      <w:pPr>
        <w:pStyle w:val="Nagwek2"/>
        <w:rPr>
          <w:lang w:val="pl-PL"/>
        </w:rPr>
      </w:pPr>
      <w:r w:rsidRPr="007A77C9">
        <w:rPr>
          <w:lang w:val="pl-PL"/>
        </w:rPr>
        <w:t>Odbiorcy danych</w:t>
      </w:r>
    </w:p>
    <w:p w14:paraId="3B87C1DE" w14:textId="77777777" w:rsidR="00C20A33" w:rsidRPr="007A77C9" w:rsidRDefault="00557176">
      <w:pPr>
        <w:rPr>
          <w:lang w:val="pl-PL"/>
        </w:rPr>
      </w:pPr>
      <w:r w:rsidRPr="007A77C9">
        <w:rPr>
          <w:lang w:val="pl-PL"/>
        </w:rPr>
        <w:t>Dane mogą być udostępniane podmiotom świadczącym usługi techniczne, informatyczne, foto/wideo, produkcyjne i prawne, koordynatorom wydarzenia oraz podmiotom uczestniczącym w wydaniu i rozliczeniu nagrody. W zakresie objętym zgodą materiały mogą być publikowane na stronie WWW, w mediach społecznościowych i materiałach prasowych.</w:t>
      </w:r>
    </w:p>
    <w:p w14:paraId="62253D49" w14:textId="77777777" w:rsidR="00C20A33" w:rsidRPr="007A77C9" w:rsidRDefault="00557176">
      <w:pPr>
        <w:pStyle w:val="Nagwek2"/>
        <w:rPr>
          <w:lang w:val="pl-PL"/>
        </w:rPr>
      </w:pPr>
      <w:r w:rsidRPr="007A77C9">
        <w:rPr>
          <w:lang w:val="pl-PL"/>
        </w:rPr>
        <w:t>Prawa osoby, której dane dotyczą</w:t>
      </w:r>
    </w:p>
    <w:p w14:paraId="49ACF8FA" w14:textId="77777777" w:rsidR="00C20A33" w:rsidRPr="007A77C9" w:rsidRDefault="00557176">
      <w:pPr>
        <w:rPr>
          <w:lang w:val="pl-PL"/>
        </w:rPr>
      </w:pPr>
      <w:r w:rsidRPr="007A77C9">
        <w:rPr>
          <w:lang w:val="pl-PL"/>
        </w:rPr>
        <w:t>Osobie, której dane dotyczą, przysługuje prawo dostępu do danych, ich sprostowania, usunięcia lub ograniczenia przetwarzania, wniesienia sprzeciwu, przenoszenia danych – w przypadkach przewidzianych prawem – oraz cofnięcia zgody w dowolnym momencie. Cofnięcie zgody nie wpływa na zgodność z prawem działań dokonanych przed jej cofnięciem.</w:t>
      </w:r>
    </w:p>
    <w:p w14:paraId="0BD87866" w14:textId="77777777" w:rsidR="00C20A33" w:rsidRPr="007A77C9" w:rsidRDefault="00557176">
      <w:pPr>
        <w:pStyle w:val="Nagwek2"/>
        <w:rPr>
          <w:lang w:val="pl-PL"/>
        </w:rPr>
      </w:pPr>
      <w:r w:rsidRPr="007A77C9">
        <w:rPr>
          <w:lang w:val="pl-PL"/>
        </w:rPr>
        <w:t>Skarga i kontakt</w:t>
      </w:r>
    </w:p>
    <w:p w14:paraId="0A8F91E9" w14:textId="77777777" w:rsidR="00C20A33" w:rsidRPr="007A77C9" w:rsidRDefault="00557176">
      <w:pPr>
        <w:rPr>
          <w:lang w:val="pl-PL"/>
        </w:rPr>
      </w:pPr>
      <w:r w:rsidRPr="007A77C9">
        <w:rPr>
          <w:lang w:val="pl-PL"/>
        </w:rPr>
        <w:t>Skargę można wnieść do Prezesa Urzędu Ochrony Danych Osobowych. Wnioski i pytania dotyczące danych oraz zgłoszenia można kierować na adres: biuro@qraproduction.pl.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36"/>
      </w:tblGrid>
      <w:tr w:rsidR="00C20A33" w:rsidRPr="007A77C9" w14:paraId="0710197C" w14:textId="77777777">
        <w:trPr>
          <w:jc w:val="center"/>
        </w:trPr>
        <w:tc>
          <w:tcPr>
            <w:tcW w:w="10256" w:type="dxa"/>
            <w:tcBorders>
              <w:top w:val="single" w:sz="8" w:space="0" w:color="86BC00"/>
              <w:left w:val="single" w:sz="8" w:space="0" w:color="86BC00"/>
              <w:bottom w:val="single" w:sz="8" w:space="0" w:color="86BC00"/>
              <w:right w:val="single" w:sz="8" w:space="0" w:color="86BC00"/>
            </w:tcBorders>
            <w:shd w:val="clear" w:color="auto" w:fill="F3F8E8"/>
          </w:tcPr>
          <w:p w14:paraId="40DD5B9B" w14:textId="77777777" w:rsidR="00C20A33" w:rsidRPr="007A77C9" w:rsidRDefault="00557176">
            <w:pPr>
              <w:rPr>
                <w:lang w:val="pl-PL"/>
              </w:rPr>
            </w:pPr>
            <w:r w:rsidRPr="007A77C9">
              <w:rPr>
                <w:b/>
                <w:color w:val="86BC00"/>
                <w:lang w:val="pl-PL"/>
              </w:rPr>
              <w:t>CHECKLISTA PRZED WYSŁANIEM</w:t>
            </w:r>
            <w:r w:rsidRPr="007A77C9">
              <w:rPr>
                <w:b/>
                <w:color w:val="86BC00"/>
                <w:lang w:val="pl-PL"/>
              </w:rPr>
              <w:br/>
            </w:r>
            <w:r w:rsidRPr="007A77C9">
              <w:rPr>
                <w:sz w:val="18"/>
                <w:lang w:val="pl-PL"/>
              </w:rPr>
              <w:t>Do wiadomości e-mail dołącz: 1) ten wypełniony i podpisany formularz, 2) film albo aktywny link do filmu. W tytule wpisz: OTO TALENT SHOW – IMIĘ I NAZWISKO UCZESTNIKA.</w:t>
            </w:r>
          </w:p>
        </w:tc>
      </w:tr>
    </w:tbl>
    <w:p w14:paraId="0FAE6B2A" w14:textId="77777777" w:rsidR="00C20A33" w:rsidRPr="007A77C9" w:rsidRDefault="00C20A33">
      <w:pPr>
        <w:spacing w:after="0"/>
        <w:rPr>
          <w:lang w:val="pl-PL"/>
        </w:rPr>
      </w:pPr>
    </w:p>
    <w:sectPr w:rsidR="00C20A33" w:rsidRPr="007A77C9" w:rsidSect="00034616">
      <w:headerReference w:type="default" r:id="rId8"/>
      <w:footerReference w:type="default" r:id="rId9"/>
      <w:pgSz w:w="12240" w:h="15840"/>
      <w:pgMar w:top="879" w:right="992" w:bottom="822" w:left="992" w:header="312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6C225" w14:textId="77777777" w:rsidR="00557176" w:rsidRDefault="00557176">
      <w:pPr>
        <w:spacing w:after="0" w:line="240" w:lineRule="auto"/>
      </w:pPr>
      <w:r>
        <w:separator/>
      </w:r>
    </w:p>
  </w:endnote>
  <w:endnote w:type="continuationSeparator" w:id="0">
    <w:p w14:paraId="65175736" w14:textId="77777777" w:rsidR="00557176" w:rsidRDefault="00557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2C69E" w14:textId="5CBF6795" w:rsidR="00C20A33" w:rsidRPr="007A77C9" w:rsidRDefault="00557176">
    <w:pPr>
      <w:pStyle w:val="Stopka"/>
      <w:jc w:val="right"/>
      <w:rPr>
        <w:lang w:val="pl-PL"/>
      </w:rPr>
    </w:pPr>
    <w:r w:rsidRPr="007A77C9">
      <w:rPr>
        <w:sz w:val="14"/>
        <w:lang w:val="pl-PL"/>
      </w:rPr>
      <w:t>QRA PRODUCTION | OTO Park Siemianowice Śląskie | 06.08.2026</w:t>
    </w:r>
    <w:r w:rsidRPr="007A77C9">
      <w:rPr>
        <w:lang w:val="pl-PL"/>
      </w:rPr>
      <w:t xml:space="preserve">              </w:t>
    </w:r>
    <w:r w:rsidRPr="007A77C9">
      <w:rPr>
        <w:sz w:val="15"/>
        <w:lang w:val="pl-PL"/>
      </w:rPr>
      <w:t xml:space="preserve">Strona </w:t>
    </w:r>
    <w:r>
      <w:fldChar w:fldCharType="begin"/>
    </w:r>
    <w:r w:rsidRPr="007A77C9">
      <w:rPr>
        <w:lang w:val="pl-PL"/>
      </w:rPr>
      <w:instrText>PAGE</w:instrText>
    </w:r>
    <w:r w:rsidR="007A77C9">
      <w:fldChar w:fldCharType="separate"/>
    </w:r>
    <w:r w:rsidR="007A77C9" w:rsidRPr="007A77C9">
      <w:rPr>
        <w:noProof/>
        <w:lang w:val="pl-PL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60A85" w14:textId="77777777" w:rsidR="00557176" w:rsidRDefault="00557176">
      <w:pPr>
        <w:spacing w:after="0" w:line="240" w:lineRule="auto"/>
      </w:pPr>
      <w:r>
        <w:separator/>
      </w:r>
    </w:p>
  </w:footnote>
  <w:footnote w:type="continuationSeparator" w:id="0">
    <w:p w14:paraId="404282D4" w14:textId="77777777" w:rsidR="00557176" w:rsidRDefault="00557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80E16" w14:textId="77777777" w:rsidR="00C20A33" w:rsidRPr="007A77C9" w:rsidRDefault="00557176">
    <w:pPr>
      <w:pStyle w:val="Nagwek"/>
      <w:rPr>
        <w:lang w:val="pl-PL"/>
      </w:rPr>
    </w:pPr>
    <w:r w:rsidRPr="007A77C9">
      <w:rPr>
        <w:b/>
        <w:color w:val="86BC00"/>
        <w:sz w:val="16"/>
        <w:lang w:val="pl-PL"/>
      </w:rPr>
      <w:t>OTO TALENT SHOW</w:t>
    </w:r>
    <w:r w:rsidRPr="007A77C9">
      <w:rPr>
        <w:color w:val="666666"/>
        <w:sz w:val="16"/>
        <w:lang w:val="pl-PL"/>
      </w:rPr>
      <w:t xml:space="preserve">  |  FORMULARZ DO POBRANIA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55281321">
    <w:abstractNumId w:val="8"/>
  </w:num>
  <w:num w:numId="2" w16cid:durableId="991711086">
    <w:abstractNumId w:val="6"/>
  </w:num>
  <w:num w:numId="3" w16cid:durableId="423497288">
    <w:abstractNumId w:val="5"/>
  </w:num>
  <w:num w:numId="4" w16cid:durableId="87040714">
    <w:abstractNumId w:val="4"/>
  </w:num>
  <w:num w:numId="5" w16cid:durableId="2138909929">
    <w:abstractNumId w:val="7"/>
  </w:num>
  <w:num w:numId="6" w16cid:durableId="2057898087">
    <w:abstractNumId w:val="3"/>
  </w:num>
  <w:num w:numId="7" w16cid:durableId="1960329559">
    <w:abstractNumId w:val="2"/>
  </w:num>
  <w:num w:numId="8" w16cid:durableId="834957327">
    <w:abstractNumId w:val="1"/>
  </w:num>
  <w:num w:numId="9" w16cid:durableId="2085374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57176"/>
    <w:rsid w:val="005D4B41"/>
    <w:rsid w:val="007A77C9"/>
    <w:rsid w:val="00AA1D8D"/>
    <w:rsid w:val="00B47730"/>
    <w:rsid w:val="00C20A3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96A4F0D2-FBA3-40E8-B61B-929B4ACDB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76" w:line="259" w:lineRule="auto"/>
    </w:pPr>
    <w:rPr>
      <w:rFonts w:ascii="Arial" w:hAnsi="Arial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/>
      <w:b/>
      <w:bCs/>
      <w:color w:val="181C1F"/>
      <w:sz w:val="31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/>
      <w:b/>
      <w:bCs/>
      <w:color w:val="86BC00"/>
      <w:sz w:val="23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60" w:after="100"/>
      <w:outlineLvl w:val="2"/>
    </w:pPr>
    <w:rPr>
      <w:rFonts w:asciiTheme="majorHAnsi" w:eastAsiaTheme="majorEastAsia" w:hAnsiTheme="majorHAnsi" w:cstheme="majorBidi"/>
      <w:b/>
      <w:bCs/>
      <w:color w:val="181C1F"/>
      <w:sz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before="160" w:after="100" w:line="240" w:lineRule="auto"/>
      <w:contextualSpacing/>
    </w:pPr>
    <w:rPr>
      <w:rFonts w:asciiTheme="majorHAnsi" w:eastAsiaTheme="majorEastAsia" w:hAnsiTheme="majorHAnsi" w:cstheme="majorBidi"/>
      <w:b/>
      <w:color w:val="86BC00"/>
      <w:spacing w:val="5"/>
      <w:kern w:val="28"/>
      <w:sz w:val="4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1394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Monika Ledóchowska</cp:lastModifiedBy>
  <cp:revision>2</cp:revision>
  <dcterms:created xsi:type="dcterms:W3CDTF">2026-08-06T08:23:00Z</dcterms:created>
  <dcterms:modified xsi:type="dcterms:W3CDTF">2026-08-06T08:23:00Z</dcterms:modified>
  <cp:category/>
</cp:coreProperties>
</file>